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F351E" w14:textId="04C8CD7A" w:rsidR="00352B89" w:rsidRPr="00352B89" w:rsidRDefault="00352B89">
      <w:pPr>
        <w:rPr>
          <w:rFonts w:ascii="Arial" w:hAnsi="Arial" w:cs="Arial"/>
          <w:b/>
          <w:bCs/>
          <w:sz w:val="40"/>
          <w:szCs w:val="40"/>
        </w:rPr>
      </w:pPr>
      <w:r w:rsidRPr="00352B89">
        <w:rPr>
          <w:rFonts w:ascii="Arial" w:hAnsi="Arial" w:cs="Arial"/>
          <w:b/>
          <w:bCs/>
          <w:sz w:val="40"/>
          <w:szCs w:val="40"/>
        </w:rPr>
        <w:t>Play Pals Academic Calander</w:t>
      </w:r>
    </w:p>
    <w:p w14:paraId="6B46B7D9" w14:textId="33602207" w:rsidR="002B35B2" w:rsidRPr="00352B89" w:rsidRDefault="00352B89">
      <w:pPr>
        <w:rPr>
          <w:rFonts w:ascii="Arial" w:hAnsi="Arial" w:cs="Arial"/>
          <w:b/>
          <w:bCs/>
          <w:color w:val="0B7887"/>
          <w:sz w:val="28"/>
          <w:szCs w:val="28"/>
        </w:rPr>
      </w:pPr>
      <w:r w:rsidRPr="00352B89">
        <w:rPr>
          <w:rFonts w:ascii="Arial" w:hAnsi="Arial" w:cs="Arial"/>
          <w:b/>
          <w:bCs/>
          <w:color w:val="0B7887"/>
          <w:sz w:val="28"/>
          <w:szCs w:val="28"/>
        </w:rPr>
        <w:t>Play Pals 0-2 Atherton Road &amp; Hindley Green Community Primary School</w:t>
      </w:r>
    </w:p>
    <w:p w14:paraId="03A1FCEC" w14:textId="77777777" w:rsidR="00352B89" w:rsidRPr="00352B89" w:rsidRDefault="00352B89">
      <w:pPr>
        <w:rPr>
          <w:rFonts w:ascii="Arial" w:hAnsi="Arial" w:cs="Arial"/>
          <w:sz w:val="24"/>
          <w:szCs w:val="24"/>
        </w:rPr>
      </w:pPr>
    </w:p>
    <w:p w14:paraId="0C111B60" w14:textId="267F7B18" w:rsidR="002B35B2" w:rsidRDefault="00352B89">
      <w:pPr>
        <w:rPr>
          <w:rFonts w:ascii="Arial" w:hAnsi="Arial" w:cs="Arial"/>
          <w:b/>
          <w:bCs/>
          <w:sz w:val="28"/>
          <w:szCs w:val="28"/>
        </w:rPr>
      </w:pPr>
      <w:r w:rsidRPr="00352B89">
        <w:rPr>
          <w:rFonts w:ascii="Arial" w:hAnsi="Arial" w:cs="Arial"/>
          <w:b/>
          <w:bCs/>
          <w:sz w:val="28"/>
          <w:szCs w:val="28"/>
        </w:rPr>
        <w:t>2025/2026</w:t>
      </w:r>
    </w:p>
    <w:p w14:paraId="579744DA" w14:textId="77777777" w:rsidR="00352B89" w:rsidRPr="00352B89" w:rsidRDefault="00352B89">
      <w:pPr>
        <w:rPr>
          <w:rFonts w:ascii="Arial" w:hAnsi="Arial" w:cs="Arial"/>
          <w:b/>
          <w:bCs/>
          <w:sz w:val="28"/>
          <w:szCs w:val="28"/>
        </w:rPr>
      </w:pPr>
    </w:p>
    <w:p w14:paraId="178DF83B" w14:textId="77777777" w:rsidR="002B35B2" w:rsidRDefault="00352B89">
      <w:pPr>
        <w:rPr>
          <w:rFonts w:ascii="Arial" w:hAnsi="Arial" w:cs="Arial"/>
          <w:b/>
          <w:bCs/>
          <w:color w:val="0B7887"/>
          <w:sz w:val="24"/>
          <w:szCs w:val="24"/>
        </w:rPr>
      </w:pPr>
      <w:r w:rsidRPr="00352B89">
        <w:rPr>
          <w:rFonts w:ascii="Arial" w:hAnsi="Arial" w:cs="Arial"/>
          <w:b/>
          <w:bCs/>
          <w:color w:val="0B7887"/>
          <w:sz w:val="24"/>
          <w:szCs w:val="24"/>
        </w:rPr>
        <w:t>Bank Holidays</w:t>
      </w:r>
    </w:p>
    <w:p w14:paraId="5B619E68" w14:textId="12E8BE4D" w:rsidR="0031014B" w:rsidRPr="0031014B" w:rsidRDefault="0031014B">
      <w:pPr>
        <w:rPr>
          <w:rFonts w:ascii="Arial" w:hAnsi="Arial" w:cs="Arial"/>
          <w:sz w:val="24"/>
          <w:szCs w:val="24"/>
        </w:rPr>
      </w:pPr>
      <w:r w:rsidRPr="0031014B">
        <w:rPr>
          <w:rFonts w:ascii="Arial" w:hAnsi="Arial" w:cs="Arial"/>
          <w:sz w:val="24"/>
          <w:szCs w:val="24"/>
        </w:rPr>
        <w:t>Christmas Day 25</w:t>
      </w:r>
      <w:r w:rsidRPr="0031014B">
        <w:rPr>
          <w:rFonts w:ascii="Arial" w:hAnsi="Arial" w:cs="Arial"/>
          <w:sz w:val="24"/>
          <w:szCs w:val="24"/>
          <w:vertAlign w:val="superscript"/>
        </w:rPr>
        <w:t>th</w:t>
      </w:r>
      <w:r w:rsidRPr="0031014B">
        <w:rPr>
          <w:rFonts w:ascii="Arial" w:hAnsi="Arial" w:cs="Arial"/>
          <w:sz w:val="24"/>
          <w:szCs w:val="24"/>
        </w:rPr>
        <w:t xml:space="preserve"> December 2025</w:t>
      </w:r>
    </w:p>
    <w:p w14:paraId="26D5F481" w14:textId="2586A0AF" w:rsidR="0031014B" w:rsidRPr="0031014B" w:rsidRDefault="0031014B">
      <w:pPr>
        <w:rPr>
          <w:rFonts w:ascii="Arial" w:hAnsi="Arial" w:cs="Arial"/>
          <w:sz w:val="24"/>
          <w:szCs w:val="24"/>
        </w:rPr>
      </w:pPr>
      <w:r w:rsidRPr="0031014B">
        <w:rPr>
          <w:rFonts w:ascii="Arial" w:hAnsi="Arial" w:cs="Arial"/>
          <w:sz w:val="24"/>
          <w:szCs w:val="24"/>
        </w:rPr>
        <w:t>Boxing Day 26</w:t>
      </w:r>
      <w:r w:rsidRPr="0031014B">
        <w:rPr>
          <w:rFonts w:ascii="Arial" w:hAnsi="Arial" w:cs="Arial"/>
          <w:sz w:val="24"/>
          <w:szCs w:val="24"/>
          <w:vertAlign w:val="superscript"/>
        </w:rPr>
        <w:t>th</w:t>
      </w:r>
      <w:r w:rsidRPr="0031014B">
        <w:rPr>
          <w:rFonts w:ascii="Arial" w:hAnsi="Arial" w:cs="Arial"/>
          <w:sz w:val="24"/>
          <w:szCs w:val="24"/>
        </w:rPr>
        <w:t xml:space="preserve"> December</w:t>
      </w:r>
    </w:p>
    <w:p w14:paraId="7A7F3A07" w14:textId="739C3DDC" w:rsidR="0031014B" w:rsidRPr="0031014B" w:rsidRDefault="0031014B">
      <w:pPr>
        <w:rPr>
          <w:rFonts w:ascii="Arial" w:hAnsi="Arial" w:cs="Arial"/>
          <w:b/>
          <w:bCs/>
          <w:sz w:val="24"/>
          <w:szCs w:val="24"/>
        </w:rPr>
      </w:pPr>
      <w:bookmarkStart w:id="0" w:name="_Hlk214465242"/>
      <w:r w:rsidRPr="0031014B">
        <w:rPr>
          <w:rFonts w:ascii="Arial" w:hAnsi="Arial" w:cs="Arial"/>
          <w:b/>
          <w:bCs/>
          <w:sz w:val="24"/>
          <w:szCs w:val="24"/>
        </w:rPr>
        <w:t>Nursery Closure:</w:t>
      </w:r>
    </w:p>
    <w:p w14:paraId="6CE835C9" w14:textId="7033047B" w:rsidR="0031014B" w:rsidRPr="0031014B" w:rsidRDefault="0031014B">
      <w:pPr>
        <w:rPr>
          <w:rFonts w:ascii="Arial" w:hAnsi="Arial" w:cs="Arial"/>
          <w:b/>
          <w:bCs/>
          <w:sz w:val="24"/>
          <w:szCs w:val="24"/>
        </w:rPr>
      </w:pPr>
      <w:r w:rsidRPr="0031014B">
        <w:rPr>
          <w:rFonts w:ascii="Arial" w:hAnsi="Arial" w:cs="Arial"/>
          <w:b/>
          <w:bCs/>
          <w:sz w:val="24"/>
          <w:szCs w:val="24"/>
        </w:rPr>
        <w:t>27</w:t>
      </w:r>
      <w:r w:rsidRPr="0031014B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Pr="0031014B">
        <w:rPr>
          <w:rFonts w:ascii="Arial" w:hAnsi="Arial" w:cs="Arial"/>
          <w:b/>
          <w:bCs/>
          <w:sz w:val="24"/>
          <w:szCs w:val="24"/>
        </w:rPr>
        <w:t>-31</w:t>
      </w:r>
      <w:r w:rsidRPr="0031014B">
        <w:rPr>
          <w:rFonts w:ascii="Arial" w:hAnsi="Arial" w:cs="Arial"/>
          <w:b/>
          <w:bCs/>
          <w:sz w:val="24"/>
          <w:szCs w:val="24"/>
          <w:vertAlign w:val="superscript"/>
        </w:rPr>
        <w:t>st</w:t>
      </w:r>
      <w:r w:rsidRPr="0031014B">
        <w:rPr>
          <w:rFonts w:ascii="Arial" w:hAnsi="Arial" w:cs="Arial"/>
          <w:b/>
          <w:bCs/>
          <w:sz w:val="24"/>
          <w:szCs w:val="24"/>
        </w:rPr>
        <w:t xml:space="preserve"> December 2025</w:t>
      </w:r>
    </w:p>
    <w:bookmarkEnd w:id="0"/>
    <w:p w14:paraId="32FF850C" w14:textId="77777777" w:rsidR="0031014B" w:rsidRPr="0031014B" w:rsidRDefault="0031014B" w:rsidP="0031014B">
      <w:pPr>
        <w:rPr>
          <w:rFonts w:ascii="Arial" w:hAnsi="Arial" w:cs="Arial"/>
          <w:sz w:val="24"/>
          <w:szCs w:val="24"/>
        </w:rPr>
      </w:pPr>
      <w:r w:rsidRPr="0031014B">
        <w:rPr>
          <w:rFonts w:ascii="Arial" w:hAnsi="Arial" w:cs="Arial"/>
          <w:sz w:val="24"/>
          <w:szCs w:val="24"/>
        </w:rPr>
        <w:t>New Years Day 1</w:t>
      </w:r>
      <w:r w:rsidRPr="0031014B">
        <w:rPr>
          <w:rFonts w:ascii="Arial" w:hAnsi="Arial" w:cs="Arial"/>
          <w:sz w:val="24"/>
          <w:szCs w:val="24"/>
          <w:vertAlign w:val="superscript"/>
        </w:rPr>
        <w:t>st</w:t>
      </w:r>
      <w:r w:rsidRPr="0031014B">
        <w:rPr>
          <w:rFonts w:ascii="Arial" w:hAnsi="Arial" w:cs="Arial"/>
          <w:sz w:val="24"/>
          <w:szCs w:val="24"/>
        </w:rPr>
        <w:t xml:space="preserve"> January 2026</w:t>
      </w:r>
    </w:p>
    <w:p w14:paraId="3C78A3A9" w14:textId="77777777" w:rsidR="002B35B2" w:rsidRPr="00352B89" w:rsidRDefault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Good Friday 3rd April 2026</w:t>
      </w:r>
    </w:p>
    <w:p w14:paraId="7B2B5505" w14:textId="77777777" w:rsidR="002B35B2" w:rsidRPr="00352B89" w:rsidRDefault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Easter Sunday 5th April 2026</w:t>
      </w:r>
    </w:p>
    <w:p w14:paraId="48699DB9" w14:textId="77777777" w:rsidR="002B35B2" w:rsidRPr="00352B89" w:rsidRDefault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Easter Monday 6th April 2026</w:t>
      </w:r>
    </w:p>
    <w:p w14:paraId="1650E9AB" w14:textId="66592AF4" w:rsidR="002B35B2" w:rsidRPr="00352B89" w:rsidRDefault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Monday 4th May 2026</w:t>
      </w:r>
    </w:p>
    <w:p w14:paraId="44DBE9FD" w14:textId="080B2503" w:rsidR="002B35B2" w:rsidRDefault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 xml:space="preserve">Monday 25th May </w:t>
      </w:r>
    </w:p>
    <w:p w14:paraId="09C0BA4A" w14:textId="60C17A61" w:rsidR="0031014B" w:rsidRPr="00352B89" w:rsidRDefault="003101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Monday 31</w:t>
      </w:r>
      <w:r w:rsidRPr="0031014B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August </w:t>
      </w:r>
    </w:p>
    <w:p w14:paraId="43AC77BC" w14:textId="77777777" w:rsidR="002B35B2" w:rsidRPr="00352B89" w:rsidRDefault="002B35B2">
      <w:pPr>
        <w:rPr>
          <w:rFonts w:ascii="Arial" w:hAnsi="Arial" w:cs="Arial"/>
          <w:b/>
          <w:bCs/>
          <w:sz w:val="28"/>
          <w:szCs w:val="28"/>
        </w:rPr>
      </w:pPr>
    </w:p>
    <w:p w14:paraId="555303FF" w14:textId="7F367FB6" w:rsidR="002B35B2" w:rsidRDefault="00352B89">
      <w:pPr>
        <w:rPr>
          <w:rFonts w:ascii="Arial" w:hAnsi="Arial" w:cs="Arial"/>
          <w:b/>
          <w:bCs/>
          <w:sz w:val="28"/>
          <w:szCs w:val="28"/>
        </w:rPr>
      </w:pPr>
      <w:r w:rsidRPr="00352B89">
        <w:rPr>
          <w:rFonts w:ascii="Arial" w:hAnsi="Arial" w:cs="Arial"/>
          <w:b/>
          <w:bCs/>
          <w:sz w:val="28"/>
          <w:szCs w:val="28"/>
        </w:rPr>
        <w:t>2026/2027</w:t>
      </w:r>
    </w:p>
    <w:p w14:paraId="6AB586CB" w14:textId="77777777" w:rsidR="00352B89" w:rsidRPr="00352B89" w:rsidRDefault="00352B89">
      <w:pPr>
        <w:rPr>
          <w:rFonts w:ascii="Arial" w:hAnsi="Arial" w:cs="Arial"/>
          <w:b/>
          <w:bCs/>
          <w:sz w:val="28"/>
          <w:szCs w:val="28"/>
        </w:rPr>
      </w:pPr>
    </w:p>
    <w:p w14:paraId="19641779" w14:textId="77777777" w:rsidR="002B35B2" w:rsidRDefault="00352B89">
      <w:pPr>
        <w:rPr>
          <w:rFonts w:ascii="Arial" w:hAnsi="Arial" w:cs="Arial"/>
          <w:b/>
          <w:bCs/>
          <w:color w:val="0B7887"/>
          <w:sz w:val="24"/>
          <w:szCs w:val="24"/>
        </w:rPr>
      </w:pPr>
      <w:r w:rsidRPr="00352B89">
        <w:rPr>
          <w:rFonts w:ascii="Arial" w:hAnsi="Arial" w:cs="Arial"/>
          <w:b/>
          <w:bCs/>
          <w:color w:val="0B7887"/>
          <w:sz w:val="24"/>
          <w:szCs w:val="24"/>
        </w:rPr>
        <w:t>Bank Holidays</w:t>
      </w:r>
    </w:p>
    <w:p w14:paraId="7B004451" w14:textId="365929E1" w:rsidR="0031014B" w:rsidRPr="0031014B" w:rsidRDefault="0031014B">
      <w:pPr>
        <w:rPr>
          <w:rFonts w:ascii="Arial" w:hAnsi="Arial" w:cs="Arial"/>
          <w:sz w:val="24"/>
          <w:szCs w:val="24"/>
        </w:rPr>
      </w:pPr>
      <w:r w:rsidRPr="0031014B">
        <w:rPr>
          <w:rFonts w:ascii="Arial" w:hAnsi="Arial" w:cs="Arial"/>
          <w:sz w:val="24"/>
          <w:szCs w:val="24"/>
        </w:rPr>
        <w:t>Christmas Day 25</w:t>
      </w:r>
      <w:r w:rsidRPr="0031014B">
        <w:rPr>
          <w:rFonts w:ascii="Arial" w:hAnsi="Arial" w:cs="Arial"/>
          <w:sz w:val="24"/>
          <w:szCs w:val="24"/>
          <w:vertAlign w:val="superscript"/>
        </w:rPr>
        <w:t>th</w:t>
      </w:r>
      <w:r w:rsidRPr="0031014B">
        <w:rPr>
          <w:rFonts w:ascii="Arial" w:hAnsi="Arial" w:cs="Arial"/>
          <w:sz w:val="24"/>
          <w:szCs w:val="24"/>
        </w:rPr>
        <w:t xml:space="preserve"> December 2026</w:t>
      </w:r>
    </w:p>
    <w:p w14:paraId="7A0DC69E" w14:textId="07AAE5A8" w:rsidR="0031014B" w:rsidRPr="0031014B" w:rsidRDefault="0031014B">
      <w:pPr>
        <w:rPr>
          <w:rFonts w:ascii="Arial" w:hAnsi="Arial" w:cs="Arial"/>
          <w:sz w:val="24"/>
          <w:szCs w:val="24"/>
        </w:rPr>
      </w:pPr>
      <w:r w:rsidRPr="0031014B">
        <w:rPr>
          <w:rFonts w:ascii="Arial" w:hAnsi="Arial" w:cs="Arial"/>
          <w:sz w:val="24"/>
          <w:szCs w:val="24"/>
        </w:rPr>
        <w:t>Boxing Day 26</w:t>
      </w:r>
      <w:r w:rsidRPr="0031014B">
        <w:rPr>
          <w:rFonts w:ascii="Arial" w:hAnsi="Arial" w:cs="Arial"/>
          <w:sz w:val="24"/>
          <w:szCs w:val="24"/>
          <w:vertAlign w:val="superscript"/>
        </w:rPr>
        <w:t>th</w:t>
      </w:r>
      <w:r w:rsidRPr="0031014B">
        <w:rPr>
          <w:rFonts w:ascii="Arial" w:hAnsi="Arial" w:cs="Arial"/>
          <w:sz w:val="24"/>
          <w:szCs w:val="24"/>
        </w:rPr>
        <w:t xml:space="preserve"> December 2026</w:t>
      </w:r>
    </w:p>
    <w:p w14:paraId="76E14F78" w14:textId="77777777" w:rsidR="0031014B" w:rsidRPr="0031014B" w:rsidRDefault="0031014B" w:rsidP="0031014B">
      <w:pPr>
        <w:rPr>
          <w:rFonts w:ascii="Arial" w:hAnsi="Arial" w:cs="Arial"/>
          <w:b/>
          <w:bCs/>
          <w:sz w:val="24"/>
          <w:szCs w:val="24"/>
        </w:rPr>
      </w:pPr>
      <w:r w:rsidRPr="0031014B">
        <w:rPr>
          <w:rFonts w:ascii="Arial" w:hAnsi="Arial" w:cs="Arial"/>
          <w:b/>
          <w:bCs/>
          <w:sz w:val="24"/>
          <w:szCs w:val="24"/>
        </w:rPr>
        <w:lastRenderedPageBreak/>
        <w:t>Nursery Closure:</w:t>
      </w:r>
    </w:p>
    <w:p w14:paraId="226179E7" w14:textId="7CD55BE1" w:rsidR="0031014B" w:rsidRDefault="0031014B">
      <w:pPr>
        <w:rPr>
          <w:rFonts w:ascii="Arial" w:hAnsi="Arial" w:cs="Arial"/>
          <w:b/>
          <w:bCs/>
          <w:sz w:val="24"/>
          <w:szCs w:val="24"/>
        </w:rPr>
      </w:pPr>
      <w:r w:rsidRPr="0031014B">
        <w:rPr>
          <w:rFonts w:ascii="Arial" w:hAnsi="Arial" w:cs="Arial"/>
          <w:b/>
          <w:bCs/>
          <w:sz w:val="24"/>
          <w:szCs w:val="24"/>
        </w:rPr>
        <w:t>27</w:t>
      </w:r>
      <w:r w:rsidRPr="0031014B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Pr="0031014B">
        <w:rPr>
          <w:rFonts w:ascii="Arial" w:hAnsi="Arial" w:cs="Arial"/>
          <w:b/>
          <w:bCs/>
          <w:sz w:val="24"/>
          <w:szCs w:val="24"/>
        </w:rPr>
        <w:t>-31</w:t>
      </w:r>
      <w:r w:rsidRPr="0031014B">
        <w:rPr>
          <w:rFonts w:ascii="Arial" w:hAnsi="Arial" w:cs="Arial"/>
          <w:b/>
          <w:bCs/>
          <w:sz w:val="24"/>
          <w:szCs w:val="24"/>
          <w:vertAlign w:val="superscript"/>
        </w:rPr>
        <w:t>st</w:t>
      </w:r>
      <w:r w:rsidRPr="0031014B">
        <w:rPr>
          <w:rFonts w:ascii="Arial" w:hAnsi="Arial" w:cs="Arial"/>
          <w:b/>
          <w:bCs/>
          <w:sz w:val="24"/>
          <w:szCs w:val="24"/>
        </w:rPr>
        <w:t xml:space="preserve"> December 2025</w:t>
      </w:r>
    </w:p>
    <w:p w14:paraId="55D06B44" w14:textId="58C65B74" w:rsidR="0031014B" w:rsidRPr="0031014B" w:rsidRDefault="0031014B">
      <w:pPr>
        <w:rPr>
          <w:rFonts w:ascii="Arial" w:hAnsi="Arial" w:cs="Arial"/>
          <w:sz w:val="24"/>
          <w:szCs w:val="24"/>
        </w:rPr>
      </w:pPr>
      <w:r w:rsidRPr="0031014B">
        <w:rPr>
          <w:rFonts w:ascii="Arial" w:hAnsi="Arial" w:cs="Arial"/>
          <w:sz w:val="24"/>
          <w:szCs w:val="24"/>
        </w:rPr>
        <w:t>New Years Day 1</w:t>
      </w:r>
      <w:r w:rsidRPr="0031014B">
        <w:rPr>
          <w:rFonts w:ascii="Arial" w:hAnsi="Arial" w:cs="Arial"/>
          <w:sz w:val="24"/>
          <w:szCs w:val="24"/>
          <w:vertAlign w:val="superscript"/>
        </w:rPr>
        <w:t>st</w:t>
      </w:r>
      <w:r w:rsidRPr="0031014B">
        <w:rPr>
          <w:rFonts w:ascii="Arial" w:hAnsi="Arial" w:cs="Arial"/>
          <w:sz w:val="24"/>
          <w:szCs w:val="24"/>
        </w:rPr>
        <w:t xml:space="preserve"> January 2027</w:t>
      </w:r>
    </w:p>
    <w:p w14:paraId="2FE53754" w14:textId="77777777" w:rsidR="002B35B2" w:rsidRPr="0031014B" w:rsidRDefault="00352B89">
      <w:pPr>
        <w:rPr>
          <w:rFonts w:ascii="Arial" w:hAnsi="Arial" w:cs="Arial"/>
          <w:sz w:val="24"/>
          <w:szCs w:val="24"/>
        </w:rPr>
      </w:pPr>
      <w:r w:rsidRPr="0031014B">
        <w:rPr>
          <w:rFonts w:ascii="Arial" w:hAnsi="Arial" w:cs="Arial"/>
          <w:sz w:val="24"/>
          <w:szCs w:val="24"/>
        </w:rPr>
        <w:t>Good Friday 26th March 2027</w:t>
      </w:r>
    </w:p>
    <w:p w14:paraId="0788581A" w14:textId="77777777" w:rsidR="002B35B2" w:rsidRPr="0031014B" w:rsidRDefault="00352B89">
      <w:pPr>
        <w:rPr>
          <w:rFonts w:ascii="Arial" w:hAnsi="Arial" w:cs="Arial"/>
          <w:sz w:val="24"/>
          <w:szCs w:val="24"/>
        </w:rPr>
      </w:pPr>
      <w:r w:rsidRPr="0031014B">
        <w:rPr>
          <w:rFonts w:ascii="Arial" w:hAnsi="Arial" w:cs="Arial"/>
          <w:sz w:val="24"/>
          <w:szCs w:val="24"/>
        </w:rPr>
        <w:t>Easter Sunday 28th March 2027</w:t>
      </w:r>
    </w:p>
    <w:p w14:paraId="14A894F8" w14:textId="77777777" w:rsidR="002B35B2" w:rsidRPr="0031014B" w:rsidRDefault="00352B89">
      <w:pPr>
        <w:rPr>
          <w:rFonts w:ascii="Arial" w:hAnsi="Arial" w:cs="Arial"/>
          <w:sz w:val="24"/>
          <w:szCs w:val="24"/>
        </w:rPr>
      </w:pPr>
      <w:r w:rsidRPr="0031014B">
        <w:rPr>
          <w:rFonts w:ascii="Arial" w:hAnsi="Arial" w:cs="Arial"/>
          <w:sz w:val="24"/>
          <w:szCs w:val="24"/>
        </w:rPr>
        <w:t>Easter Monday 29th March 2027</w:t>
      </w:r>
    </w:p>
    <w:p w14:paraId="001AE845" w14:textId="68CE6ABE" w:rsidR="002B35B2" w:rsidRPr="0031014B" w:rsidRDefault="00352B89">
      <w:pPr>
        <w:rPr>
          <w:rFonts w:ascii="Arial" w:hAnsi="Arial" w:cs="Arial"/>
          <w:sz w:val="24"/>
          <w:szCs w:val="24"/>
        </w:rPr>
      </w:pPr>
      <w:r w:rsidRPr="0031014B">
        <w:rPr>
          <w:rFonts w:ascii="Arial" w:hAnsi="Arial" w:cs="Arial"/>
          <w:sz w:val="24"/>
          <w:szCs w:val="24"/>
        </w:rPr>
        <w:t>Monday 3rd May 2027</w:t>
      </w:r>
    </w:p>
    <w:p w14:paraId="79D19AD2" w14:textId="446C9551" w:rsidR="00352B89" w:rsidRDefault="00352B89">
      <w:pPr>
        <w:rPr>
          <w:rFonts w:ascii="Arial" w:hAnsi="Arial" w:cs="Arial"/>
          <w:sz w:val="24"/>
          <w:szCs w:val="24"/>
        </w:rPr>
      </w:pPr>
      <w:r w:rsidRPr="0031014B">
        <w:rPr>
          <w:rFonts w:ascii="Arial" w:hAnsi="Arial" w:cs="Arial"/>
          <w:sz w:val="24"/>
          <w:szCs w:val="24"/>
        </w:rPr>
        <w:t>Monday 31st May</w:t>
      </w:r>
      <w:r w:rsidR="0031014B">
        <w:rPr>
          <w:rFonts w:ascii="Arial" w:hAnsi="Arial" w:cs="Arial"/>
          <w:sz w:val="24"/>
          <w:szCs w:val="24"/>
        </w:rPr>
        <w:t xml:space="preserve"> 2027</w:t>
      </w:r>
    </w:p>
    <w:p w14:paraId="7EDEAE31" w14:textId="7410C8A9" w:rsidR="0031014B" w:rsidRPr="0031014B" w:rsidRDefault="003101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Monday 30</w:t>
      </w:r>
      <w:r w:rsidRPr="0031014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August 2027</w:t>
      </w:r>
    </w:p>
    <w:p w14:paraId="1A7CD205" w14:textId="77777777" w:rsidR="00352B89" w:rsidRDefault="00352B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191C516" w14:textId="77777777" w:rsidR="00352B89" w:rsidRPr="00352B89" w:rsidRDefault="00352B89" w:rsidP="00352B89">
      <w:pPr>
        <w:rPr>
          <w:rFonts w:ascii="Arial" w:hAnsi="Arial" w:cs="Arial"/>
          <w:b/>
          <w:bCs/>
          <w:sz w:val="40"/>
          <w:szCs w:val="40"/>
        </w:rPr>
      </w:pPr>
      <w:r w:rsidRPr="00352B89">
        <w:rPr>
          <w:rFonts w:ascii="Arial" w:hAnsi="Arial" w:cs="Arial"/>
          <w:b/>
          <w:bCs/>
          <w:sz w:val="40"/>
          <w:szCs w:val="40"/>
        </w:rPr>
        <w:lastRenderedPageBreak/>
        <w:t>Play Pals Academic Calander</w:t>
      </w:r>
    </w:p>
    <w:p w14:paraId="68929063" w14:textId="30CD6821" w:rsidR="00352B89" w:rsidRPr="00352B89" w:rsidRDefault="00352B89" w:rsidP="00352B89">
      <w:pPr>
        <w:rPr>
          <w:rFonts w:ascii="Arial" w:hAnsi="Arial" w:cs="Arial"/>
          <w:b/>
          <w:bCs/>
          <w:color w:val="0B7887"/>
          <w:sz w:val="28"/>
          <w:szCs w:val="28"/>
        </w:rPr>
      </w:pPr>
      <w:r w:rsidRPr="00352B89">
        <w:rPr>
          <w:rFonts w:ascii="Arial" w:hAnsi="Arial" w:cs="Arial"/>
          <w:b/>
          <w:bCs/>
          <w:color w:val="0B7887"/>
          <w:sz w:val="28"/>
          <w:szCs w:val="28"/>
        </w:rPr>
        <w:t>Play Pals St. John’s Abram, St. Peter’s Hindley &amp; St. John’s Hindley Green</w:t>
      </w:r>
    </w:p>
    <w:p w14:paraId="1B0EA62D" w14:textId="77777777" w:rsidR="00352B89" w:rsidRDefault="00352B89" w:rsidP="00352B89"/>
    <w:p w14:paraId="3FFF1192" w14:textId="417D2E83" w:rsidR="00352B89" w:rsidRDefault="00352B89" w:rsidP="00352B89">
      <w:pPr>
        <w:rPr>
          <w:rFonts w:ascii="Arial" w:hAnsi="Arial" w:cs="Arial"/>
          <w:b/>
          <w:bCs/>
          <w:sz w:val="28"/>
          <w:szCs w:val="28"/>
        </w:rPr>
      </w:pPr>
      <w:r w:rsidRPr="00352B89">
        <w:rPr>
          <w:rFonts w:ascii="Arial" w:hAnsi="Arial" w:cs="Arial"/>
          <w:b/>
          <w:bCs/>
          <w:sz w:val="28"/>
          <w:szCs w:val="28"/>
        </w:rPr>
        <w:t>2025/2026</w:t>
      </w:r>
    </w:p>
    <w:p w14:paraId="7087D956" w14:textId="77777777" w:rsidR="00352B89" w:rsidRPr="00352B89" w:rsidRDefault="00352B89" w:rsidP="00352B89">
      <w:pPr>
        <w:rPr>
          <w:rFonts w:ascii="Arial" w:hAnsi="Arial" w:cs="Arial"/>
          <w:b/>
          <w:bCs/>
          <w:sz w:val="28"/>
          <w:szCs w:val="28"/>
        </w:rPr>
      </w:pPr>
    </w:p>
    <w:p w14:paraId="3751E601" w14:textId="77777777" w:rsidR="00352B89" w:rsidRPr="00352B89" w:rsidRDefault="00352B89" w:rsidP="00352B89">
      <w:pPr>
        <w:rPr>
          <w:rFonts w:ascii="Arial" w:hAnsi="Arial" w:cs="Arial"/>
          <w:b/>
          <w:bCs/>
          <w:color w:val="0B7887"/>
          <w:sz w:val="24"/>
          <w:szCs w:val="24"/>
        </w:rPr>
      </w:pPr>
      <w:r w:rsidRPr="00352B89">
        <w:rPr>
          <w:rFonts w:ascii="Arial" w:hAnsi="Arial" w:cs="Arial"/>
          <w:b/>
          <w:bCs/>
          <w:color w:val="0B7887"/>
          <w:sz w:val="24"/>
          <w:szCs w:val="24"/>
        </w:rPr>
        <w:t>Autumn Term 2025</w:t>
      </w:r>
    </w:p>
    <w:p w14:paraId="5BF197A4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INSET DAY – Monday 1st September 2025 (Pupils do not attend)</w:t>
      </w:r>
    </w:p>
    <w:p w14:paraId="5E536244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Tuesday 2nd September – Friday 19th December 2025</w:t>
      </w:r>
    </w:p>
    <w:p w14:paraId="3FEDB5ED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Autumn Half Term – Monday 20th October – Friday 31st October 2025</w:t>
      </w:r>
    </w:p>
    <w:p w14:paraId="1D691C2B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</w:p>
    <w:p w14:paraId="646A53A4" w14:textId="77777777" w:rsidR="00352B89" w:rsidRPr="00352B89" w:rsidRDefault="00352B89" w:rsidP="00352B89">
      <w:pPr>
        <w:rPr>
          <w:rFonts w:ascii="Arial" w:hAnsi="Arial" w:cs="Arial"/>
          <w:b/>
          <w:bCs/>
          <w:color w:val="0B7887"/>
          <w:sz w:val="24"/>
          <w:szCs w:val="24"/>
        </w:rPr>
      </w:pPr>
      <w:r w:rsidRPr="00352B89">
        <w:rPr>
          <w:rFonts w:ascii="Arial" w:hAnsi="Arial" w:cs="Arial"/>
          <w:b/>
          <w:bCs/>
          <w:color w:val="0B7887"/>
          <w:sz w:val="24"/>
          <w:szCs w:val="24"/>
        </w:rPr>
        <w:t>Spring Term 2026</w:t>
      </w:r>
    </w:p>
    <w:p w14:paraId="5E17B95B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Monday 5th January – Thursday 2nd April 2026</w:t>
      </w:r>
    </w:p>
    <w:p w14:paraId="4F2EBEC9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Spring Half Term – Monday 16th February – Friday 20th February 2026</w:t>
      </w:r>
    </w:p>
    <w:p w14:paraId="4F59FFFB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</w:p>
    <w:p w14:paraId="4ABE2DA7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Easter 2026 – Friday 3rd April – Friday 17th April 2026</w:t>
      </w:r>
    </w:p>
    <w:p w14:paraId="7CEA47F7" w14:textId="77777777" w:rsidR="00352B89" w:rsidRPr="00352B89" w:rsidRDefault="00352B89" w:rsidP="00352B89">
      <w:pPr>
        <w:rPr>
          <w:rFonts w:ascii="Arial" w:hAnsi="Arial" w:cs="Arial"/>
          <w:b/>
          <w:bCs/>
          <w:color w:val="0B7887"/>
          <w:sz w:val="24"/>
          <w:szCs w:val="24"/>
        </w:rPr>
      </w:pPr>
      <w:r w:rsidRPr="00352B89">
        <w:rPr>
          <w:rFonts w:ascii="Arial" w:hAnsi="Arial" w:cs="Arial"/>
          <w:b/>
          <w:bCs/>
          <w:color w:val="0B7887"/>
          <w:sz w:val="24"/>
          <w:szCs w:val="24"/>
        </w:rPr>
        <w:t>Bank Holidays</w:t>
      </w:r>
    </w:p>
    <w:p w14:paraId="42D7C8F0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Good Friday 3rd April 2026</w:t>
      </w:r>
    </w:p>
    <w:p w14:paraId="6B4482EA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Easter Sunday 5th April 2026</w:t>
      </w:r>
    </w:p>
    <w:p w14:paraId="3E5F4225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Easter Monday 6th April 2026</w:t>
      </w:r>
    </w:p>
    <w:p w14:paraId="67795816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</w:p>
    <w:p w14:paraId="35352B3F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Early May Bank Holiday – Monday 4th May 2026</w:t>
      </w:r>
    </w:p>
    <w:p w14:paraId="53C8CEE7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</w:p>
    <w:p w14:paraId="59B6448A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Summer Term 2026 – Monday 20th April – Friday 17th July 2026</w:t>
      </w:r>
    </w:p>
    <w:p w14:paraId="40704D0E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Summer Half Term – Monday 25th May (BH) – Friday 29th May 2026</w:t>
      </w:r>
    </w:p>
    <w:p w14:paraId="2F48F3A5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</w:p>
    <w:p w14:paraId="1CB7C774" w14:textId="77777777" w:rsidR="00352B89" w:rsidRPr="00352B89" w:rsidRDefault="00352B89" w:rsidP="00352B89">
      <w:pPr>
        <w:rPr>
          <w:rFonts w:ascii="Arial" w:hAnsi="Arial" w:cs="Arial"/>
          <w:b/>
          <w:bCs/>
          <w:sz w:val="28"/>
          <w:szCs w:val="28"/>
        </w:rPr>
      </w:pPr>
      <w:r w:rsidRPr="00352B89">
        <w:rPr>
          <w:rFonts w:ascii="Arial" w:hAnsi="Arial" w:cs="Arial"/>
          <w:b/>
          <w:bCs/>
          <w:sz w:val="28"/>
          <w:szCs w:val="28"/>
        </w:rPr>
        <w:t>2026/2027</w:t>
      </w:r>
    </w:p>
    <w:p w14:paraId="516B5DB2" w14:textId="77777777" w:rsidR="00352B89" w:rsidRPr="00352B89" w:rsidRDefault="00352B89" w:rsidP="00352B89">
      <w:pPr>
        <w:rPr>
          <w:rFonts w:ascii="Arial" w:hAnsi="Arial" w:cs="Arial"/>
          <w:b/>
          <w:bCs/>
          <w:color w:val="0B7887"/>
          <w:sz w:val="24"/>
          <w:szCs w:val="24"/>
        </w:rPr>
      </w:pPr>
    </w:p>
    <w:p w14:paraId="1EF6441E" w14:textId="77777777" w:rsidR="00352B89" w:rsidRPr="00352B89" w:rsidRDefault="00352B89" w:rsidP="00352B89">
      <w:pPr>
        <w:rPr>
          <w:rFonts w:ascii="Arial" w:hAnsi="Arial" w:cs="Arial"/>
          <w:b/>
          <w:bCs/>
          <w:color w:val="0B7887"/>
          <w:sz w:val="24"/>
          <w:szCs w:val="24"/>
        </w:rPr>
      </w:pPr>
      <w:r w:rsidRPr="00352B89">
        <w:rPr>
          <w:rFonts w:ascii="Arial" w:hAnsi="Arial" w:cs="Arial"/>
          <w:b/>
          <w:bCs/>
          <w:color w:val="0B7887"/>
          <w:sz w:val="24"/>
          <w:szCs w:val="24"/>
        </w:rPr>
        <w:t>Autumn Term 2026</w:t>
      </w:r>
    </w:p>
    <w:p w14:paraId="689FED31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INSET DAYS – Tuesday 1st September 2026 and Wednesday 2nd September (additional day added) (Pupils do not attend)</w:t>
      </w:r>
    </w:p>
    <w:p w14:paraId="5A5B56C7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Thursday 3rd September – Friday 18th December 2026</w:t>
      </w:r>
    </w:p>
    <w:p w14:paraId="7D1CF24C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Autumn Half Term – Monday 26th October – Friday 6th November 2026</w:t>
      </w:r>
    </w:p>
    <w:p w14:paraId="5A883DED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</w:p>
    <w:p w14:paraId="37BC91BA" w14:textId="77777777" w:rsidR="00352B89" w:rsidRPr="00352B89" w:rsidRDefault="00352B89" w:rsidP="00352B89">
      <w:pPr>
        <w:rPr>
          <w:rFonts w:ascii="Arial" w:hAnsi="Arial" w:cs="Arial"/>
          <w:b/>
          <w:bCs/>
          <w:color w:val="0B7887"/>
          <w:sz w:val="24"/>
          <w:szCs w:val="24"/>
        </w:rPr>
      </w:pPr>
      <w:r w:rsidRPr="00352B89">
        <w:rPr>
          <w:rFonts w:ascii="Arial" w:hAnsi="Arial" w:cs="Arial"/>
          <w:b/>
          <w:bCs/>
          <w:color w:val="0B7887"/>
          <w:sz w:val="24"/>
          <w:szCs w:val="24"/>
        </w:rPr>
        <w:t>Spring Term 2027</w:t>
      </w:r>
    </w:p>
    <w:p w14:paraId="582F643C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Monday 4th January 2027 – Wednesday 24th March 2027 (University Collegiate School Bolton only)</w:t>
      </w:r>
    </w:p>
    <w:p w14:paraId="2D253F91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Tuesday 5th January 2027 – Wednesday 24th March 2027 (QUEST Primary Schools)</w:t>
      </w:r>
    </w:p>
    <w:p w14:paraId="09047B7D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Spring Half Term – Monday 15th February – Friday 19th February 2027</w:t>
      </w:r>
    </w:p>
    <w:p w14:paraId="0C022DC6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</w:p>
    <w:p w14:paraId="4AA2C3B8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Easter 2027 – Thursday 25th March – Friday 9th April 2027</w:t>
      </w:r>
    </w:p>
    <w:p w14:paraId="613B4BEC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Bank Holidays</w:t>
      </w:r>
    </w:p>
    <w:p w14:paraId="3ADC9405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Good Friday 26th March 2027</w:t>
      </w:r>
    </w:p>
    <w:p w14:paraId="3B276440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Easter Sunday 28th March 2027</w:t>
      </w:r>
    </w:p>
    <w:p w14:paraId="713DBC52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Easter Monday 29th March 2027</w:t>
      </w:r>
    </w:p>
    <w:p w14:paraId="686E8428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</w:p>
    <w:p w14:paraId="72D0E1CC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Early May Bank Holiday – Monday 3rd May 2027</w:t>
      </w:r>
    </w:p>
    <w:p w14:paraId="52734532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</w:p>
    <w:p w14:paraId="2B327332" w14:textId="77777777" w:rsidR="00352B89" w:rsidRPr="00352B89" w:rsidRDefault="00352B89" w:rsidP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t>Summer Term 2027 – Monday 12th April – Wednesday 21st July 2027 (Friday 23rd July UCS Bolton)</w:t>
      </w:r>
    </w:p>
    <w:p w14:paraId="792D5ECD" w14:textId="68C9D80D" w:rsidR="002B35B2" w:rsidRPr="00352B89" w:rsidRDefault="00352B89">
      <w:pPr>
        <w:rPr>
          <w:rFonts w:ascii="Arial" w:hAnsi="Arial" w:cs="Arial"/>
          <w:sz w:val="24"/>
          <w:szCs w:val="24"/>
        </w:rPr>
      </w:pPr>
      <w:r w:rsidRPr="00352B89">
        <w:rPr>
          <w:rFonts w:ascii="Arial" w:hAnsi="Arial" w:cs="Arial"/>
          <w:sz w:val="24"/>
          <w:szCs w:val="24"/>
        </w:rPr>
        <w:lastRenderedPageBreak/>
        <w:t>Summer Half Term – Monday 31st May (BH) – Friday 4th June 2027</w:t>
      </w:r>
    </w:p>
    <w:sectPr w:rsidR="002B35B2" w:rsidRPr="00352B89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DEE0B" w14:textId="77777777" w:rsidR="00B55BE5" w:rsidRDefault="00B55BE5" w:rsidP="00352B89">
      <w:pPr>
        <w:spacing w:after="0" w:line="240" w:lineRule="auto"/>
      </w:pPr>
      <w:r>
        <w:separator/>
      </w:r>
    </w:p>
  </w:endnote>
  <w:endnote w:type="continuationSeparator" w:id="0">
    <w:p w14:paraId="59209DF2" w14:textId="77777777" w:rsidR="00B55BE5" w:rsidRDefault="00B55BE5" w:rsidP="00352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15D9C" w14:textId="77777777" w:rsidR="00B55BE5" w:rsidRDefault="00B55BE5" w:rsidP="00352B89">
      <w:pPr>
        <w:spacing w:after="0" w:line="240" w:lineRule="auto"/>
      </w:pPr>
      <w:r>
        <w:separator/>
      </w:r>
    </w:p>
  </w:footnote>
  <w:footnote w:type="continuationSeparator" w:id="0">
    <w:p w14:paraId="0868D902" w14:textId="77777777" w:rsidR="00B55BE5" w:rsidRDefault="00B55BE5" w:rsidP="00352B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0AE30" w14:textId="41C910DC" w:rsidR="00352B89" w:rsidRDefault="00352B89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68C1F8F" wp14:editId="64435277">
          <wp:simplePos x="0" y="0"/>
          <wp:positionH relativeFrom="column">
            <wp:posOffset>5289774</wp:posOffset>
          </wp:positionH>
          <wp:positionV relativeFrom="paragraph">
            <wp:posOffset>-285115</wp:posOffset>
          </wp:positionV>
          <wp:extent cx="1118422" cy="1118422"/>
          <wp:effectExtent l="0" t="0" r="0" b="0"/>
          <wp:wrapTight wrapText="bothSides">
            <wp:wrapPolygon edited="0">
              <wp:start x="7359" y="1472"/>
              <wp:lineTo x="5152" y="2576"/>
              <wp:lineTo x="1104" y="6624"/>
              <wp:lineTo x="1104" y="11039"/>
              <wp:lineTo x="1840" y="13983"/>
              <wp:lineTo x="2576" y="15087"/>
              <wp:lineTo x="7359" y="19135"/>
              <wp:lineTo x="8463" y="19871"/>
              <wp:lineTo x="12879" y="19871"/>
              <wp:lineTo x="19503" y="18399"/>
              <wp:lineTo x="20239" y="13983"/>
              <wp:lineTo x="16927" y="13983"/>
              <wp:lineTo x="17663" y="6991"/>
              <wp:lineTo x="13983" y="3312"/>
              <wp:lineTo x="11407" y="1472"/>
              <wp:lineTo x="7359" y="1472"/>
            </wp:wrapPolygon>
          </wp:wrapTight>
          <wp:docPr id="120528327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8422" cy="11184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00209184">
    <w:abstractNumId w:val="8"/>
  </w:num>
  <w:num w:numId="2" w16cid:durableId="1829321813">
    <w:abstractNumId w:val="6"/>
  </w:num>
  <w:num w:numId="3" w16cid:durableId="2030254963">
    <w:abstractNumId w:val="5"/>
  </w:num>
  <w:num w:numId="4" w16cid:durableId="19548864">
    <w:abstractNumId w:val="4"/>
  </w:num>
  <w:num w:numId="5" w16cid:durableId="524173045">
    <w:abstractNumId w:val="7"/>
  </w:num>
  <w:num w:numId="6" w16cid:durableId="1475443786">
    <w:abstractNumId w:val="3"/>
  </w:num>
  <w:num w:numId="7" w16cid:durableId="547885892">
    <w:abstractNumId w:val="2"/>
  </w:num>
  <w:num w:numId="8" w16cid:durableId="1365180476">
    <w:abstractNumId w:val="1"/>
  </w:num>
  <w:num w:numId="9" w16cid:durableId="1517425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D1AFA"/>
    <w:rsid w:val="0029639D"/>
    <w:rsid w:val="002B35B2"/>
    <w:rsid w:val="0031014B"/>
    <w:rsid w:val="00326F90"/>
    <w:rsid w:val="00352B89"/>
    <w:rsid w:val="00361DBA"/>
    <w:rsid w:val="00AA1D8D"/>
    <w:rsid w:val="00B47730"/>
    <w:rsid w:val="00B55BE5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A906E19"/>
  <w14:defaultImageDpi w14:val="300"/>
  <w15:docId w15:val="{EA89D9A6-0617-4AE1-A2EC-68485B892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Nichola Crank</cp:lastModifiedBy>
  <cp:revision>3</cp:revision>
  <dcterms:created xsi:type="dcterms:W3CDTF">2025-11-19T16:35:00Z</dcterms:created>
  <dcterms:modified xsi:type="dcterms:W3CDTF">2025-11-19T17:21:00Z</dcterms:modified>
  <cp:category/>
</cp:coreProperties>
</file>